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 w:line="276" w:lineRule="auto"/>
        <w:jc w:val="right"/>
      </w:pPr>
      <w:r>
        <w:rPr>
          <w:b/>
          <w:color w:val="102C57"/>
          <w:sz w:val="24"/>
        </w:rPr>
        <w:t>AL COMUNE DI SENNARIOLO</w:t>
        <w:br/>
      </w:r>
      <w:r>
        <w:rPr>
          <w:sz w:val="20"/>
        </w:rPr>
        <w:t>Area Finanziaria e Tributi</w:t>
        <w:br/>
        <w:t>Via G. Marconi n. 8 – 09070 Sennariolo (OR)</w:t>
        <w:br/>
        <w:t>PEC: protocollosennariolo@pec.it</w:t>
      </w:r>
    </w:p>
    <w:p>
      <w:pPr>
        <w:spacing w:before="120" w:after="80" w:line="276" w:lineRule="auto"/>
        <w:jc w:val="center"/>
      </w:pPr>
      <w:r>
        <w:rPr>
          <w:b/>
          <w:color w:val="102C57"/>
          <w:sz w:val="28"/>
        </w:rPr>
        <w:t>DOMANDA DI ACCESSO AL "BONUS COMUNALE TARI 2026"</w:t>
        <w:br/>
      </w:r>
      <w:r>
        <w:rPr>
          <w:i/>
          <w:sz w:val="21"/>
        </w:rPr>
        <w:t>(Ai sensi dell'art. 21-ter del Regolamento Comunale TARI)</w:t>
        <w:br/>
      </w:r>
      <w:r>
        <w:rPr>
          <w:b/>
          <w:sz w:val="21"/>
        </w:rPr>
        <w:t>SCADENZA PRESENTAZIONE: Ore 23:59 del 20 NOVEMBRE 2026</w:t>
      </w:r>
    </w:p>
    <w:p>
      <w:pPr>
        <w:keepNext/>
        <w:spacing w:before="280" w:after="80"/>
      </w:pPr>
      <w:r>
        <w:rPr>
          <w:rFonts w:ascii="Calibri" w:hAnsi="Calibri"/>
          <w:b/>
          <w:color w:val="102C57"/>
          <w:sz w:val="23"/>
        </w:rPr>
        <w:t>SEZIONE 1 – DATI DEL RICHIEDENTE (Intestatario Utenza TARI)</w:t>
      </w:r>
    </w:p>
    <w:p>
      <w:pPr>
        <w:spacing w:after="80" w:line="312" w:lineRule="auto"/>
      </w:pPr>
      <w:r>
        <w:rPr>
          <w:sz w:val="21"/>
        </w:rPr>
        <w:t xml:space="preserve">Il/La sottoscritto/a </w:t>
      </w:r>
      <w:r>
        <w:t>_________________________________________________________________________________</w:t>
        <w:br/>
      </w:r>
      <w:r>
        <w:rPr>
          <w:b/>
        </w:rPr>
        <w:t xml:space="preserve">Codice Fiscale: </w:t>
      </w:r>
      <w:r>
        <w:t>|__|__|__|__|__|__|__|__|__|__|__|__|__|__|__|__|</w:t>
        <w:br/>
      </w:r>
      <w:r>
        <w:rPr>
          <w:sz w:val="21"/>
        </w:rPr>
        <w:t xml:space="preserve">Nato/a a </w:t>
      </w:r>
      <w:r>
        <w:t xml:space="preserve">______________________________________ </w:t>
      </w:r>
      <w:r>
        <w:rPr>
          <w:sz w:val="21"/>
        </w:rPr>
        <w:t xml:space="preserve">Prov. </w:t>
      </w:r>
      <w:r>
        <w:t xml:space="preserve">____ </w:t>
      </w:r>
      <w:r>
        <w:rPr>
          <w:sz w:val="21"/>
        </w:rPr>
        <w:t xml:space="preserve">il </w:t>
      </w:r>
      <w:r>
        <w:t>____ / ____ / ________</w:t>
        <w:br/>
      </w:r>
      <w:r>
        <w:rPr>
          <w:sz w:val="21"/>
        </w:rPr>
        <w:t xml:space="preserve">Residente a SENNARIOLO (OR) in Via/Piazza </w:t>
      </w:r>
      <w:r>
        <w:t xml:space="preserve">_________________________________ </w:t>
      </w:r>
      <w:r>
        <w:rPr>
          <w:sz w:val="21"/>
        </w:rPr>
        <w:t xml:space="preserve">n. </w:t>
      </w:r>
      <w:r>
        <w:t>_____</w:t>
        <w:br/>
      </w:r>
      <w:r>
        <w:rPr>
          <w:sz w:val="21"/>
        </w:rPr>
        <w:t xml:space="preserve">Telefono / Cellulare: </w:t>
      </w:r>
      <w:r>
        <w:t xml:space="preserve">________________________ </w:t>
      </w:r>
      <w:r>
        <w:rPr>
          <w:sz w:val="21"/>
        </w:rPr>
        <w:t xml:space="preserve">E-mail: </w:t>
      </w:r>
      <w:r>
        <w:t>_____________________________________</w:t>
        <w:br/>
      </w:r>
      <w:r>
        <w:rPr>
          <w:sz w:val="21"/>
        </w:rPr>
        <w:t xml:space="preserve">PEC (opzionale): </w:t>
      </w:r>
      <w:r>
        <w:t>_________________________________________________________________________</w:t>
        <w:br/>
        <w:br/>
      </w:r>
      <w:r>
        <w:rPr>
          <w:sz w:val="21"/>
        </w:rPr>
        <w:t xml:space="preserve">In qualità di intestatario dell'utenza TARI domestica per l'immobile adibito ad abitazione principale di residenza situato in Sennariolo, Via/Piazza </w:t>
      </w:r>
      <w:r>
        <w:t xml:space="preserve">______________________________________ </w:t>
      </w:r>
      <w:r>
        <w:rPr>
          <w:sz w:val="21"/>
        </w:rPr>
        <w:t xml:space="preserve">n. </w:t>
      </w:r>
      <w:r>
        <w:t>_____</w:t>
      </w:r>
    </w:p>
    <w:p>
      <w:pPr>
        <w:keepNext/>
        <w:spacing w:before="280" w:after="80"/>
      </w:pPr>
      <w:r>
        <w:rPr>
          <w:rFonts w:ascii="Calibri" w:hAnsi="Calibri"/>
          <w:b/>
          <w:color w:val="102C57"/>
          <w:sz w:val="23"/>
        </w:rPr>
        <w:t>SEZIONE 2 – DICHIARAZIONI SOSTITUTIVE DI CERTIFICAZIONE E ATTO NOTORIO</w:t>
      </w:r>
    </w:p>
    <w:p>
      <w:pPr>
        <w:spacing w:after="120" w:line="276" w:lineRule="auto"/>
      </w:pPr>
      <w:r>
        <w:rPr>
          <w:i/>
        </w:rPr>
        <w:t>(Ai sensi degli artt. 46 e 47 del D.P.R. 28 dicembre 2000, n. 445)</w:t>
        <w:br/>
      </w:r>
      <w:r>
        <w:t>Consapevole delle sanzioni penali previste dall'art. 76 del D.P.R. n. 445/2000 per le ipotesi di falsità in atti e dichiarazioni mendaci, nonché della decadenza dai benefici eventualmente conseguiti:</w:t>
      </w:r>
    </w:p>
    <w:p>
      <w:pPr>
        <w:spacing w:before="120" w:after="80"/>
        <w:jc w:val="center"/>
      </w:pPr>
      <w:r>
        <w:rPr>
          <w:b/>
          <w:color w:val="102C57"/>
          <w:sz w:val="24"/>
        </w:rPr>
        <w:t>CHIEDE</w:t>
      </w:r>
    </w:p>
    <w:p>
      <w:pPr>
        <w:spacing w:after="120" w:line="276" w:lineRule="auto"/>
      </w:pPr>
      <w:r>
        <w:t>la concessione del "Bonus Comunale TARI 2026" sotto forma di contributo/riduzione della Tassa sui Rifiuti dovuta per l'anno 2026 relativa all'abitazione di residenza e pertinenze.</w:t>
        <w:br/>
        <w:t>A tal fine, sotto la propria personale responsabilità,</w:t>
      </w:r>
    </w:p>
    <w:p>
      <w:pPr>
        <w:spacing w:before="80" w:after="120"/>
        <w:jc w:val="center"/>
      </w:pPr>
      <w:r>
        <w:rPr>
          <w:b/>
          <w:color w:val="102C57"/>
          <w:sz w:val="24"/>
        </w:rPr>
        <w:t>DICHIARA</w:t>
      </w:r>
    </w:p>
    <w:p>
      <w:pPr>
        <w:spacing w:after="120" w:line="276" w:lineRule="auto"/>
      </w:pPr>
      <w:r>
        <w:rPr>
          <w:b/>
          <w:color w:val="102C57"/>
        </w:rPr>
        <w:t>RESIDENZA E REQUISITI:</w:t>
        <w:br/>
      </w:r>
      <w:r>
        <w:t>[  ]  Di essere residente nel Comune di Sennariolo e nell'immobile iscritto ai ruoli TARI per il quale si richiede l'agevolazione alla data di presentazione della presente domanda.</w:t>
      </w:r>
    </w:p>
    <w:p>
      <w:pPr>
        <w:spacing w:after="120" w:line="276" w:lineRule="auto"/>
      </w:pPr>
      <w:r>
        <w:rPr>
          <w:b/>
          <w:color w:val="102C57"/>
        </w:rPr>
        <w:t>ATTESTAZIONE ISEE:</w:t>
        <w:br/>
      </w:r>
      <w:r>
        <w:t>[  ]  Di essere in possesso di un'Attestazione ISEE in corso di validità per l'anno 2026, con valore dell'Indicatore della Situazione Economica Equivalente pari a:</w:t>
        <w:br/>
      </w:r>
      <w:r>
        <w:t xml:space="preserve">      ISEE: € ___________________________________   N. Protocollo DSU Inps: ___________________________________</w:t>
      </w:r>
    </w:p>
    <w:p>
      <w:pPr>
        <w:spacing w:after="120" w:line="276" w:lineRule="auto"/>
      </w:pPr>
      <w:r>
        <w:rPr>
          <w:b/>
          <w:color w:val="102C57"/>
        </w:rPr>
        <w:t>REQUISITI PER LE MAGGIORAZIONI (Barrare le caselle di interesse):</w:t>
        <w:br/>
      </w:r>
      <w:r>
        <w:rPr>
          <w:b/>
        </w:rPr>
        <w:t xml:space="preserve">[  ]  Età dell'intestatario utenza: </w:t>
      </w:r>
      <w:r>
        <w:t>Di avere un'età superiore a 70 anni alla data di presentazione della domanda (maggiorazione del 5%).</w:t>
        <w:br/>
      </w:r>
      <w:r>
        <w:rPr>
          <w:b/>
        </w:rPr>
        <w:t xml:space="preserve">[  ]  Figli minori a carico: </w:t>
      </w:r>
      <w:r>
        <w:t>Che nel proprio nucleo familiare anagrafico sono presenti n. ______ figli minori a carico (maggiorazione del 5% per ciascun figlio):</w:t>
        <w:br/>
      </w:r>
      <w:r>
        <w:t xml:space="preserve">      Figlio 1: Nome e Cognome _____________________________________ nato il ____ / ____ / ________</w:t>
        <w:br/>
      </w:r>
      <w:r>
        <w:t xml:space="preserve">      Figlio 2: Nome e Cognome _____________________________________ nato il ____ / ____ / ________</w:t>
        <w:br/>
      </w:r>
      <w:r>
        <w:t xml:space="preserve">      Figlio 3: Nome e Cognome _____________________________________ nato il ____ / ____ / ________</w:t>
      </w:r>
    </w:p>
    <w:p>
      <w:pPr>
        <w:spacing w:after="120" w:line="276" w:lineRule="auto"/>
      </w:pPr>
      <w:r>
        <w:rPr>
          <w:b/>
          <w:color w:val="102C57"/>
        </w:rPr>
        <w:t>REGOLARITÀ PAGAMENTI E COMPENSAZIONE ARRETRATI:</w:t>
        <w:br/>
      </w:r>
      <w:r>
        <w:t>[  ]  Di prendere atto che, ai sensi dell'art. 21-ter, comma 2, del Regolamento TARI, qualora non risulti in regola con i pagamenti TARI delle annualità precedenti, la riduzione spettante verrà applicata prioritariamente a compensazione dei debiti pregressi e, per la parte eccedente, a decurtazione del tributo dovuto per l'anno corrente.</w:t>
      </w:r>
    </w:p>
    <w:p>
      <w:pPr>
        <w:keepNext/>
        <w:spacing w:before="280" w:after="80"/>
      </w:pPr>
      <w:r>
        <w:rPr>
          <w:rFonts w:ascii="Calibri" w:hAnsi="Calibri"/>
          <w:b/>
          <w:color w:val="102C57"/>
          <w:sz w:val="23"/>
        </w:rPr>
        <w:t>SEZIONE 3 – MODALITÀ DI ACCREDITO (In caso di rimessa diretta)</w:t>
      </w:r>
    </w:p>
    <w:p>
      <w:pPr>
        <w:spacing w:after="120" w:line="300" w:lineRule="auto"/>
      </w:pPr>
      <w:r>
        <w:t>In caso di erogazione del contributo tramite bonifico diretto, si richiedono i seguenti estremi del conto corrente obbligatoriamente intestato o cointestato al richiedente:</w:t>
        <w:br/>
        <w:br/>
      </w:r>
      <w:r>
        <w:rPr>
          <w:b/>
        </w:rPr>
        <w:t xml:space="preserve">Banca / Poste Italiane: </w:t>
      </w:r>
      <w:r>
        <w:t>_________________________________________________________________________________</w:t>
        <w:br/>
      </w:r>
      <w:r>
        <w:rPr>
          <w:b/>
        </w:rPr>
        <w:t xml:space="preserve">IBAN: </w:t>
      </w:r>
      <w:r>
        <w:t>|__|__|__|__|__|__|__|__|__|__|__|__|__|__|__|__|__|__|__|__|__|__|__|__|__|__|__|</w:t>
      </w:r>
    </w:p>
    <w:p>
      <w:pPr>
        <w:keepNext/>
        <w:spacing w:before="280" w:after="80"/>
      </w:pPr>
      <w:r>
        <w:rPr>
          <w:rFonts w:ascii="Calibri" w:hAnsi="Calibri"/>
          <w:b/>
          <w:color w:val="102C57"/>
          <w:sz w:val="23"/>
        </w:rPr>
        <w:t>SEZIONE 4 – INFORMATIVA E COMUNICAZIONI</w:t>
      </w:r>
    </w:p>
    <w:p>
      <w:pPr>
        <w:spacing w:after="120" w:line="276" w:lineRule="auto"/>
      </w:pPr>
      <w:r>
        <w:t>Il/La sottoscritto/a dichiara espressamente:</w:t>
        <w:br/>
      </w:r>
      <w:r>
        <w:t>• Di aver preso visione del Bando Pubblico per la concessione del "Bonus Comunale TARI 2026";</w:t>
        <w:br/>
      </w:r>
      <w:r>
        <w:t>• Di essere consapevole che la pubblicazione della graduatoria all'Albo Pretorio online del Comune costituirà l'unico mezzo di comunicazione formale dell'ammissione o esclusione dal beneficio;</w:t>
        <w:br/>
      </w:r>
      <w:r>
        <w:t>• Di autorizzare il trattamento dei propri dati personali ai sensi del Regolamento UE 2016/679 (GDPR) per le finalità legate alla gestione della presente procedura.</w:t>
      </w:r>
    </w:p>
    <w:p>
      <w:pPr>
        <w:spacing w:before="120" w:after="160" w:line="276" w:lineRule="auto"/>
      </w:pPr>
      <w:r>
        <w:rPr>
          <w:b/>
          <w:color w:val="102C57"/>
        </w:rPr>
        <w:t>ALLEGATI OBBLIGATORI (A pena di esclusione):</w:t>
        <w:br/>
      </w:r>
      <w:r>
        <w:t>[x]  Copia fotostatica del documento d'identità in corso di validità del richiedente;</w:t>
        <w:br/>
      </w:r>
      <w:r>
        <w:t>[x]  Copia dell'Attestazione ISEE 2026 in corso di validità;</w:t>
        <w:br/>
      </w:r>
      <w:r>
        <w:t>[  ]  Altra documentazione utile (specificare): ____________________________________________________________________</w:t>
      </w:r>
    </w:p>
    <w:p>
      <w:pPr>
        <w:spacing w:before="360" w:line="276" w:lineRule="auto"/>
      </w:pPr>
      <w:r>
        <w:t>Data ____________________                                                                          Firma del richiedente</w:t>
        <w:br/>
      </w:r>
      <w:r>
        <w:t xml:space="preserve">                                                                                                               ____________________________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1E1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